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54FE" w14:textId="1B4995CF" w:rsidR="00B96CA1" w:rsidRDefault="00363EED">
      <w:pPr>
        <w:spacing w:after="20"/>
        <w:jc w:val="center"/>
      </w:pPr>
      <w:r>
        <w:rPr>
          <w:b/>
          <w:color w:val="E82323"/>
          <w:sz w:val="38"/>
        </w:rPr>
        <w:t>2026-</w:t>
      </w:r>
      <w:r w:rsidR="001E1AA3">
        <w:rPr>
          <w:b/>
          <w:color w:val="E82323"/>
          <w:sz w:val="38"/>
        </w:rPr>
        <w:t>2027 SCHOLARSHIP APPLICATION</w:t>
      </w:r>
    </w:p>
    <w:p w14:paraId="75226C76" w14:textId="77777777" w:rsidR="00B96CA1" w:rsidRDefault="001E1AA3">
      <w:pPr>
        <w:spacing w:after="120"/>
        <w:jc w:val="center"/>
      </w:pPr>
      <w:r>
        <w:rPr>
          <w:i/>
          <w:sz w:val="20"/>
        </w:rPr>
        <w:t>Honoring Their Legacy. Investing in Yours.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B96CA1" w14:paraId="77BE510C" w14:textId="77777777">
        <w:trPr>
          <w:cantSplit/>
          <w:jc w:val="center"/>
        </w:trPr>
        <w:tc>
          <w:tcPr>
            <w:tcW w:w="10166" w:type="dxa"/>
            <w:shd w:val="clear" w:color="auto" w:fill="F4C430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4A7E30D" w14:textId="77777777" w:rsidR="00B96CA1" w:rsidRDefault="001E1AA3">
            <w:pPr>
              <w:jc w:val="center"/>
            </w:pPr>
            <w:r>
              <w:rPr>
                <w:b/>
                <w:sz w:val="18"/>
              </w:rPr>
              <w:t>APPLICATION DEADLINE: MARCH 31, 2027</w:t>
            </w:r>
          </w:p>
        </w:tc>
      </w:tr>
    </w:tbl>
    <w:p w14:paraId="5B3825B4" w14:textId="77777777" w:rsidR="00B96CA1" w:rsidRDefault="001E1AA3">
      <w:pPr>
        <w:spacing w:after="100"/>
      </w:pPr>
      <w:r>
        <w:rPr>
          <w:color w:val="666666"/>
          <w:sz w:val="17"/>
        </w:rPr>
        <w:t xml:space="preserve">Please complete all applicable fields. Applicants may apply for more than one scholarship category, but may receive only one </w:t>
      </w:r>
      <w:r>
        <w:rPr>
          <w:color w:val="666666"/>
          <w:sz w:val="17"/>
        </w:rPr>
        <w:t>scholarship award.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98"/>
        <w:gridCol w:w="96"/>
      </w:tblGrid>
      <w:tr w:rsidR="00B96CA1" w14:paraId="130B31A8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0B5D69" w14:textId="77777777" w:rsidR="00B96CA1" w:rsidRDefault="001E1AA3">
            <w:r>
              <w:rPr>
                <w:b/>
                <w:color w:val="FFFFFF"/>
                <w:sz w:val="20"/>
              </w:rPr>
              <w:t>1. APPLICANT INFORMATION</w:t>
            </w:r>
          </w:p>
        </w:tc>
      </w:tr>
      <w:tr w:rsidR="00B96CA1" w14:paraId="4A3FD5E8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7CA976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LEGAL FULL NAME</w:t>
            </w:r>
          </w:p>
          <w:p w14:paraId="5C7DECE1" w14:textId="77777777" w:rsidR="00B96CA1" w:rsidRDefault="001E1AA3">
            <w:pPr>
              <w:spacing w:after="0"/>
            </w:pPr>
            <w:sdt>
              <w:sdtPr>
                <w:alias w:val="FULL_NAME"/>
                <w:tag w:val="FULL_NAME"/>
                <w:id w:val="1353847959"/>
                <w:text/>
              </w:sdtPr>
              <w:sdtEndPr/>
              <w:sdtContent>
                <w:r>
                  <w:rPr>
                    <w:color w:val="777777"/>
                  </w:rPr>
                  <w:t>First, Middle, Last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F56BD9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PREFERRED NAME</w:t>
            </w:r>
          </w:p>
          <w:p w14:paraId="13374431" w14:textId="77777777" w:rsidR="00B96CA1" w:rsidRDefault="001E1AA3">
            <w:pPr>
              <w:spacing w:after="0"/>
            </w:pPr>
            <w:sdt>
              <w:sdtPr>
                <w:alias w:val="PREFERRED_NAME"/>
                <w:tag w:val="PREFERRED_NAME"/>
                <w:id w:val="987054785"/>
                <w:text/>
              </w:sdtPr>
              <w:sdtEndPr/>
              <w:sdtContent>
                <w:r>
                  <w:rPr>
                    <w:color w:val="777777"/>
                  </w:rPr>
                  <w:t>Preferred name</w:t>
                </w:r>
              </w:sdtContent>
            </w:sdt>
          </w:p>
        </w:tc>
      </w:tr>
      <w:tr w:rsidR="00B96CA1" w14:paraId="5CBD1B8E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FDF169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DATE OF BIRTH</w:t>
            </w:r>
          </w:p>
          <w:p w14:paraId="62231199" w14:textId="77777777" w:rsidR="00B96CA1" w:rsidRDefault="001E1AA3">
            <w:pPr>
              <w:spacing w:after="0"/>
            </w:pPr>
            <w:sdt>
              <w:sdtPr>
                <w:alias w:val="DOB"/>
                <w:tag w:val="DOB"/>
                <w:id w:val="902488137"/>
                <w:text/>
              </w:sdtPr>
              <w:sdtEndPr/>
              <w:sdtContent>
                <w:r>
                  <w:rPr>
                    <w:color w:val="777777"/>
                  </w:rPr>
                  <w:t>MM/DD/YYYY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670D38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PHONE NUMBER</w:t>
            </w:r>
          </w:p>
          <w:p w14:paraId="6A731A19" w14:textId="77777777" w:rsidR="00B96CA1" w:rsidRDefault="001E1AA3">
            <w:pPr>
              <w:spacing w:after="0"/>
            </w:pPr>
            <w:sdt>
              <w:sdtPr>
                <w:alias w:val="PHONE"/>
                <w:tag w:val="PHONE"/>
                <w:id w:val="-1216805841"/>
                <w:text/>
              </w:sdtPr>
              <w:sdtEndPr/>
              <w:sdtContent>
                <w:r>
                  <w:rPr>
                    <w:color w:val="777777"/>
                  </w:rPr>
                  <w:t>(###) ###-####</w:t>
                </w:r>
              </w:sdtContent>
            </w:sdt>
          </w:p>
        </w:tc>
      </w:tr>
      <w:tr w:rsidR="00B96CA1" w14:paraId="43185F39" w14:textId="77777777">
        <w:trPr>
          <w:cantSplit/>
          <w:jc w:val="center"/>
        </w:trPr>
        <w:tc>
          <w:tcPr>
            <w:tcW w:w="10080" w:type="dxa"/>
            <w:gridSpan w:val="3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D6F4B2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EMAIL ADDRESS</w:t>
            </w:r>
          </w:p>
          <w:p w14:paraId="1A762FE7" w14:textId="77777777" w:rsidR="00B96CA1" w:rsidRDefault="001E1AA3">
            <w:pPr>
              <w:spacing w:after="0"/>
            </w:pPr>
            <w:sdt>
              <w:sdtPr>
                <w:alias w:val="EMAIL"/>
                <w:tag w:val="EMAIL"/>
                <w:id w:val="-631628831"/>
                <w:text/>
              </w:sdtPr>
              <w:sdtEndPr/>
              <w:sdtContent>
                <w:r>
                  <w:rPr>
                    <w:color w:val="777777"/>
                  </w:rPr>
                  <w:t>name@email.com</w:t>
                </w:r>
              </w:sdtContent>
            </w:sdt>
          </w:p>
        </w:tc>
      </w:tr>
      <w:tr w:rsidR="00B96CA1" w14:paraId="4BC37B95" w14:textId="77777777">
        <w:trPr>
          <w:cantSplit/>
          <w:jc w:val="center"/>
        </w:trPr>
        <w:tc>
          <w:tcPr>
            <w:tcW w:w="10080" w:type="dxa"/>
            <w:gridSpan w:val="3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09F14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HOME ADDRESS</w:t>
            </w:r>
          </w:p>
          <w:p w14:paraId="2D7A66B8" w14:textId="77777777" w:rsidR="00B96CA1" w:rsidRDefault="001E1AA3">
            <w:pPr>
              <w:spacing w:after="0"/>
            </w:pPr>
            <w:sdt>
              <w:sdtPr>
                <w:alias w:val="ADDRESS"/>
                <w:tag w:val="ADDRESS"/>
                <w:id w:val="-676262262"/>
                <w:text/>
              </w:sdtPr>
              <w:sdtEndPr/>
              <w:sdtContent>
                <w:r>
                  <w:rPr>
                    <w:color w:val="777777"/>
                  </w:rPr>
                  <w:t>Street address</w:t>
                </w:r>
              </w:sdtContent>
            </w:sdt>
          </w:p>
        </w:tc>
      </w:tr>
      <w:tr w:rsidR="00B96CA1" w14:paraId="462A2FE5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68DBB2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CITY</w:t>
            </w:r>
          </w:p>
          <w:p w14:paraId="42C109F7" w14:textId="77777777" w:rsidR="00B96CA1" w:rsidRDefault="001E1AA3">
            <w:pPr>
              <w:spacing w:after="0"/>
            </w:pPr>
            <w:sdt>
              <w:sdtPr>
                <w:alias w:val="CITY"/>
                <w:tag w:val="CITY"/>
                <w:id w:val="66309888"/>
                <w:text/>
              </w:sdtPr>
              <w:sdtEndPr/>
              <w:sdtContent>
                <w:r>
                  <w:rPr>
                    <w:color w:val="777777"/>
                  </w:rPr>
                  <w:t>City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A81B75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STATE / ZIP</w:t>
            </w:r>
          </w:p>
          <w:p w14:paraId="0631F900" w14:textId="77777777" w:rsidR="00B96CA1" w:rsidRDefault="001E1AA3">
            <w:pPr>
              <w:spacing w:after="0"/>
            </w:pPr>
            <w:sdt>
              <w:sdtPr>
                <w:alias w:val="STATE_ZIP"/>
                <w:tag w:val="STATE_ZIP"/>
                <w:id w:val="-1493937642"/>
                <w:text/>
              </w:sdtPr>
              <w:sdtEndPr/>
              <w:sdtContent>
                <w:r>
                  <w:rPr>
                    <w:color w:val="777777"/>
                  </w:rPr>
                  <w:t>State / ZIP</w:t>
                </w:r>
              </w:sdtContent>
            </w:sdt>
          </w:p>
        </w:tc>
      </w:tr>
      <w:tr w:rsidR="00B96CA1" w14:paraId="4A837620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7C4C2E" w14:textId="77777777" w:rsidR="00B96CA1" w:rsidRDefault="001E1AA3">
            <w:r>
              <w:rPr>
                <w:b/>
                <w:color w:val="FFFFFF"/>
                <w:sz w:val="20"/>
              </w:rPr>
              <w:t>2. MFFCU MEMBERSHIP VERIFICATION</w:t>
            </w:r>
          </w:p>
        </w:tc>
      </w:tr>
    </w:tbl>
    <w:p w14:paraId="3057754E" w14:textId="77777777" w:rsidR="00B96CA1" w:rsidRDefault="001E1AA3">
      <w:pPr>
        <w:spacing w:after="60"/>
      </w:pPr>
      <w:sdt>
        <w:sdtPr>
          <w:alias w:val="REDLINE_YES"/>
          <w:tag w:val="REDLINE_YES"/>
          <w:id w:val="1750081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Yes, I am an active MFFCU REDLINE Youth account holder.</w:t>
      </w:r>
    </w:p>
    <w:p w14:paraId="263BF659" w14:textId="77777777" w:rsidR="00B96CA1" w:rsidRDefault="001E1AA3">
      <w:pPr>
        <w:spacing w:after="60"/>
      </w:pPr>
      <w:sdt>
        <w:sdtPr>
          <w:alias w:val="REDLINE_NO"/>
          <w:tag w:val="REDLINE_NO"/>
          <w:id w:val="-308102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No, I am not currently an active MFFCU REDLINE Youth account holder.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6CA1" w14:paraId="3B4C831C" w14:textId="77777777">
        <w:trPr>
          <w:cantSplit/>
          <w:jc w:val="center"/>
        </w:trPr>
        <w:tc>
          <w:tcPr>
            <w:tcW w:w="10080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6672F8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MFFCU MEMBER NUMBER</w:t>
            </w:r>
          </w:p>
          <w:p w14:paraId="26558E9A" w14:textId="77777777" w:rsidR="00B96CA1" w:rsidRDefault="001E1AA3">
            <w:pPr>
              <w:spacing w:after="0"/>
            </w:pPr>
            <w:sdt>
              <w:sdtPr>
                <w:alias w:val="MEMBER_NUMBER"/>
                <w:tag w:val="MEMBER_NUMBER"/>
                <w:id w:val="1638908467"/>
                <w:text/>
              </w:sdtPr>
              <w:sdtEndPr/>
              <w:sdtContent>
                <w:r>
                  <w:rPr>
                    <w:color w:val="777777"/>
                  </w:rPr>
                  <w:t>Member number</w:t>
                </w:r>
              </w:sdtContent>
            </w:sdt>
          </w:p>
        </w:tc>
      </w:tr>
    </w:tbl>
    <w:p w14:paraId="014EA8DC" w14:textId="77777777" w:rsidR="00B96CA1" w:rsidRDefault="001E1AA3">
      <w:pPr>
        <w:spacing w:after="100"/>
      </w:pPr>
      <w:r>
        <w:rPr>
          <w:color w:val="666666"/>
          <w:sz w:val="17"/>
        </w:rPr>
        <w:t>REDLINE Youth account holder status is required for scholarship eligibility and will be verified by MFFCU.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B96CA1" w14:paraId="329D04B4" w14:textId="77777777">
        <w:trPr>
          <w:cantSplit/>
          <w:jc w:val="center"/>
        </w:trPr>
        <w:tc>
          <w:tcPr>
            <w:tcW w:w="10166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B0B1AD" w14:textId="77777777" w:rsidR="00B96CA1" w:rsidRDefault="001E1AA3">
            <w:r>
              <w:rPr>
                <w:b/>
                <w:color w:val="FFFFFF"/>
                <w:sz w:val="20"/>
              </w:rPr>
              <w:t>3. SCHOLARSHIP SELECTION</w:t>
            </w:r>
          </w:p>
        </w:tc>
      </w:tr>
    </w:tbl>
    <w:p w14:paraId="4CCA3DF0" w14:textId="77777777" w:rsidR="00B96CA1" w:rsidRDefault="001E1AA3">
      <w:pPr>
        <w:spacing w:after="60"/>
      </w:pPr>
      <w:sdt>
        <w:sdtPr>
          <w:alias w:val="SOTO"/>
          <w:tag w:val="SOTO"/>
          <w:id w:val="2112932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Lieutenant G</w:t>
      </w:r>
      <w:r>
        <w:t>abe Soto Scholarship - Scholastic Honors</w:t>
      </w:r>
    </w:p>
    <w:p w14:paraId="05B70425" w14:textId="77777777" w:rsidR="00B96CA1" w:rsidRDefault="001E1AA3">
      <w:pPr>
        <w:spacing w:after="60"/>
      </w:pPr>
      <w:sdt>
        <w:sdtPr>
          <w:alias w:val="HOUPT"/>
          <w:tag w:val="HOUPT"/>
          <w:id w:val="-61332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Firefighter Sidney Houpt Scholarship - Community Service</w:t>
      </w:r>
    </w:p>
    <w:p w14:paraId="5926BEC1" w14:textId="77777777" w:rsidR="00B96CA1" w:rsidRDefault="001E1AA3">
      <w:pPr>
        <w:spacing w:after="60"/>
      </w:pPr>
      <w:sdt>
        <w:sdtPr>
          <w:alias w:val="JOHNSON"/>
          <w:tag w:val="JOHNSON"/>
          <w:id w:val="88939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MVFD Oliver Johnson Scholarship - Written Essay</w:t>
      </w:r>
    </w:p>
    <w:p w14:paraId="3E70DE9C" w14:textId="77777777" w:rsidR="00B96CA1" w:rsidRDefault="001E1AA3">
      <w:pPr>
        <w:spacing w:after="100"/>
      </w:pPr>
      <w:r>
        <w:rPr>
          <w:color w:val="666666"/>
          <w:sz w:val="17"/>
        </w:rPr>
        <w:t xml:space="preserve">Check every scholarship you are applying for. You must submit the required materials for each </w:t>
      </w:r>
      <w:r>
        <w:rPr>
          <w:color w:val="666666"/>
          <w:sz w:val="17"/>
        </w:rPr>
        <w:t>category selected.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98"/>
        <w:gridCol w:w="96"/>
      </w:tblGrid>
      <w:tr w:rsidR="00B96CA1" w14:paraId="5480D23A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18E11D" w14:textId="77777777" w:rsidR="00B96CA1" w:rsidRDefault="001E1AA3">
            <w:r>
              <w:rPr>
                <w:b/>
                <w:color w:val="FFFFFF"/>
                <w:sz w:val="20"/>
              </w:rPr>
              <w:t>4. EDUCATION INFORMATION</w:t>
            </w:r>
          </w:p>
        </w:tc>
      </w:tr>
      <w:tr w:rsidR="00B96CA1" w14:paraId="00DF099A" w14:textId="77777777">
        <w:trPr>
          <w:cantSplit/>
          <w:jc w:val="center"/>
        </w:trPr>
        <w:tc>
          <w:tcPr>
            <w:tcW w:w="10080" w:type="dxa"/>
            <w:gridSpan w:val="3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0DD9D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CURRENT HIGH SCHOOL</w:t>
            </w:r>
          </w:p>
          <w:p w14:paraId="476B77C8" w14:textId="77777777" w:rsidR="00B96CA1" w:rsidRDefault="001E1AA3">
            <w:pPr>
              <w:spacing w:after="0"/>
            </w:pPr>
            <w:sdt>
              <w:sdtPr>
                <w:alias w:val="HIGH_SCHOOL"/>
                <w:tag w:val="HIGH_SCHOOL"/>
                <w:id w:val="-1059475284"/>
                <w:text/>
              </w:sdtPr>
              <w:sdtEndPr/>
              <w:sdtContent>
                <w:r>
                  <w:rPr>
                    <w:color w:val="777777"/>
                  </w:rPr>
                  <w:t>School name</w:t>
                </w:r>
              </w:sdtContent>
            </w:sdt>
          </w:p>
        </w:tc>
      </w:tr>
      <w:tr w:rsidR="00B96CA1" w14:paraId="4F882EBA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80198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EXPECTED GRADUATION DATE</w:t>
            </w:r>
          </w:p>
          <w:p w14:paraId="58606646" w14:textId="77777777" w:rsidR="00B96CA1" w:rsidRDefault="001E1AA3">
            <w:pPr>
              <w:spacing w:after="0"/>
            </w:pPr>
            <w:sdt>
              <w:sdtPr>
                <w:alias w:val="GRAD_DATE"/>
                <w:tag w:val="GRAD_DATE"/>
                <w:id w:val="374359921"/>
                <w:text/>
              </w:sdtPr>
              <w:sdtEndPr/>
              <w:sdtContent>
                <w:r>
                  <w:rPr>
                    <w:color w:val="777777"/>
                  </w:rPr>
                  <w:t>MM/YYYY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40780B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CURRENT GPA</w:t>
            </w:r>
          </w:p>
          <w:p w14:paraId="1549E94F" w14:textId="77777777" w:rsidR="00B96CA1" w:rsidRDefault="001E1AA3">
            <w:pPr>
              <w:spacing w:after="0"/>
            </w:pPr>
            <w:sdt>
              <w:sdtPr>
                <w:alias w:val="GPA"/>
                <w:tag w:val="GPA"/>
                <w:id w:val="468714039"/>
                <w:text/>
              </w:sdtPr>
              <w:sdtEndPr/>
              <w:sdtContent>
                <w:r>
                  <w:rPr>
                    <w:color w:val="777777"/>
                  </w:rPr>
                  <w:t>GPA</w:t>
                </w:r>
              </w:sdtContent>
            </w:sdt>
          </w:p>
        </w:tc>
      </w:tr>
    </w:tbl>
    <w:p w14:paraId="367563CC" w14:textId="77777777" w:rsidR="00B96CA1" w:rsidRDefault="001E1AA3">
      <w:pPr>
        <w:spacing w:after="60"/>
      </w:pPr>
      <w:sdt>
        <w:sdtPr>
          <w:alias w:val="GPA_WEIGHTED"/>
          <w:tag w:val="GPA_WEIGHTED"/>
          <w:id w:val="1273588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Weighted GPA</w:t>
      </w:r>
      <w:r>
        <w:t xml:space="preserve">     </w:t>
      </w:r>
      <w:sdt>
        <w:sdtPr>
          <w:alias w:val="GPA_UNWEIGHTED"/>
          <w:tag w:val="GPA_UNWEIGHTED"/>
          <w:id w:val="756489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Unweighted GPA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12"/>
      </w:tblGrid>
      <w:tr w:rsidR="00B96CA1" w14:paraId="1258B2B7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8254DC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CLASS RANK, IF APPLICABLE</w:t>
            </w:r>
          </w:p>
          <w:p w14:paraId="32FE6E43" w14:textId="77777777" w:rsidR="00B96CA1" w:rsidRDefault="001E1AA3">
            <w:pPr>
              <w:spacing w:after="0"/>
            </w:pPr>
            <w:sdt>
              <w:sdtPr>
                <w:alias w:val="CLASS_RANK"/>
                <w:tag w:val="CLASS_RANK"/>
                <w:id w:val="-1245178319"/>
                <w:text/>
              </w:sdtPr>
              <w:sdtEndPr/>
              <w:sdtContent>
                <w:r>
                  <w:rPr>
                    <w:color w:val="777777"/>
                  </w:rPr>
                  <w:t>e.g., 12 of 250</w:t>
                </w:r>
              </w:sdtContent>
            </w:sdt>
          </w:p>
        </w:tc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D8E138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INTENDED START TERM</w:t>
            </w:r>
          </w:p>
          <w:p w14:paraId="4C451C3A" w14:textId="77777777" w:rsidR="00B96CA1" w:rsidRDefault="001E1AA3">
            <w:pPr>
              <w:spacing w:after="0"/>
            </w:pPr>
            <w:sdt>
              <w:sdtPr>
                <w:alias w:val="START_TERM"/>
                <w:tag w:val="START_TERM"/>
                <w:id w:val="-1664391501"/>
                <w:text/>
              </w:sdtPr>
              <w:sdtEndPr/>
              <w:sdtContent>
                <w:r>
                  <w:rPr>
                    <w:color w:val="777777"/>
                  </w:rPr>
                  <w:t xml:space="preserve">e.g., Fall </w:t>
                </w:r>
                <w:r>
                  <w:rPr>
                    <w:color w:val="777777"/>
                  </w:rPr>
                  <w:t>2027</w:t>
                </w:r>
              </w:sdtContent>
            </w:sdt>
          </w:p>
        </w:tc>
      </w:tr>
      <w:tr w:rsidR="00B96CA1" w14:paraId="76284ADE" w14:textId="77777777">
        <w:trPr>
          <w:cantSplit/>
          <w:jc w:val="center"/>
        </w:trPr>
        <w:tc>
          <w:tcPr>
            <w:tcW w:w="10080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CCE18E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COLLEGE, UNIVERSITY, TRADE OR TECHNICAL SCHOOL</w:t>
            </w:r>
          </w:p>
          <w:p w14:paraId="21F604F1" w14:textId="77777777" w:rsidR="00B96CA1" w:rsidRDefault="001E1AA3">
            <w:pPr>
              <w:spacing w:after="0"/>
            </w:pPr>
            <w:sdt>
              <w:sdtPr>
                <w:alias w:val="COLLEGE"/>
                <w:tag w:val="COLLEGE"/>
                <w:id w:val="648014568"/>
                <w:text/>
              </w:sdtPr>
              <w:sdtEndPr/>
              <w:sdtContent>
                <w:r>
                  <w:rPr>
                    <w:color w:val="777777"/>
                  </w:rPr>
                  <w:t>School name; write Undecided if not yet selected</w:t>
                </w:r>
              </w:sdtContent>
            </w:sdt>
          </w:p>
        </w:tc>
      </w:tr>
      <w:tr w:rsidR="00B96CA1" w14:paraId="54E97C8E" w14:textId="77777777">
        <w:trPr>
          <w:cantSplit/>
          <w:jc w:val="center"/>
        </w:trPr>
        <w:tc>
          <w:tcPr>
            <w:tcW w:w="10080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CD2522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INTENDED MAJOR / PROGRAM OF STUDY</w:t>
            </w:r>
          </w:p>
          <w:p w14:paraId="13162DD8" w14:textId="77777777" w:rsidR="00B96CA1" w:rsidRDefault="001E1AA3">
            <w:pPr>
              <w:spacing w:after="0"/>
            </w:pPr>
            <w:sdt>
              <w:sdtPr>
                <w:alias w:val="MAJOR"/>
                <w:tag w:val="MAJOR"/>
                <w:id w:val="628902775"/>
                <w:text/>
              </w:sdtPr>
              <w:sdtEndPr/>
              <w:sdtContent>
                <w:r>
                  <w:rPr>
                    <w:color w:val="777777"/>
                  </w:rPr>
                  <w:t>Major, program, or area of study</w:t>
                </w:r>
              </w:sdtContent>
            </w:sdt>
          </w:p>
        </w:tc>
      </w:tr>
    </w:tbl>
    <w:p w14:paraId="1C5C3033" w14:textId="77777777" w:rsidR="00B96CA1" w:rsidRDefault="001E1AA3">
      <w:pPr>
        <w:spacing w:after="40"/>
      </w:pPr>
      <w:r>
        <w:rPr>
          <w:b/>
          <w:color w:val="666666"/>
          <w:sz w:val="15"/>
        </w:rPr>
        <w:t>CURRENT ADMISSION STATUS</w:t>
      </w:r>
    </w:p>
    <w:p w14:paraId="17B1DB7D" w14:textId="77777777" w:rsidR="00B96CA1" w:rsidRDefault="001E1AA3">
      <w:pPr>
        <w:spacing w:after="100"/>
      </w:pPr>
      <w:sdt>
        <w:sdtPr>
          <w:alias w:val="ACCEPTED"/>
          <w:tag w:val="ACCEPTED"/>
          <w:id w:val="1964303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Accepted</w:t>
      </w:r>
      <w:r>
        <w:t xml:space="preserve">     </w:t>
      </w:r>
      <w:sdt>
        <w:sdtPr>
          <w:alias w:val="APPLIED"/>
          <w:tag w:val="APPLIED"/>
          <w:id w:val="1578013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Applied / Awaiting Decision</w:t>
      </w:r>
      <w:r>
        <w:t xml:space="preserve">     </w:t>
      </w:r>
      <w:sdt>
        <w:sdtPr>
          <w:alias w:val="PLANNING"/>
          <w:tag w:val="PLANNING"/>
          <w:id w:val="-1136173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Planning to Apply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  <w:gridCol w:w="96"/>
      </w:tblGrid>
      <w:tr w:rsidR="00B96CA1" w14:paraId="6E55DE3B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3DFE6A" w14:textId="77777777" w:rsidR="00B96CA1" w:rsidRDefault="001E1AA3">
            <w:r>
              <w:rPr>
                <w:b/>
                <w:color w:val="FFFFFF"/>
                <w:sz w:val="20"/>
              </w:rPr>
              <w:t>5. APPLICANT BACKGROUND &amp; GOALS</w:t>
            </w:r>
          </w:p>
        </w:tc>
      </w:tr>
      <w:tr w:rsidR="00B96CA1" w14:paraId="7BEFEE62" w14:textId="77777777">
        <w:trPr>
          <w:cantSplit/>
          <w:jc w:val="center"/>
        </w:trPr>
        <w:tc>
          <w:tcPr>
            <w:tcW w:w="10166" w:type="dxa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90" w:type="dxa"/>
              <w:left w:w="110" w:type="dxa"/>
              <w:bottom w:w="120" w:type="dxa"/>
              <w:right w:w="110" w:type="dxa"/>
            </w:tcMar>
          </w:tcPr>
          <w:p w14:paraId="6F3B6056" w14:textId="77777777" w:rsidR="00B96CA1" w:rsidRDefault="001E1AA3">
            <w:r>
              <w:rPr>
                <w:b/>
                <w:color w:val="666666"/>
                <w:sz w:val="15"/>
              </w:rPr>
              <w:t>BRIEFLY DESCRIBE YOUR EDUCATIONAL AND CAREER GOALS.</w:t>
            </w:r>
          </w:p>
          <w:p w14:paraId="53EBBA74" w14:textId="77777777" w:rsidR="00B96CA1" w:rsidRDefault="001E1AA3">
            <w:sdt>
              <w:sdtPr>
                <w:alias w:val="GOALS"/>
                <w:tag w:val="GOALS"/>
                <w:id w:val="1168438324"/>
                <w:text/>
              </w:sdtPr>
              <w:sdtEndPr/>
              <w:sdtContent>
                <w:r>
                  <w:rPr>
                    <w:color w:val="777777"/>
                  </w:rPr>
                  <w:t>Click or tap here to enter your response.</w:t>
                </w:r>
              </w:sdtContent>
            </w:sdt>
          </w:p>
          <w:p w14:paraId="155CCDAF" w14:textId="77777777" w:rsidR="00B96CA1" w:rsidRDefault="001E1AA3">
            <w:r>
              <w:t xml:space="preserve"> </w:t>
            </w:r>
          </w:p>
          <w:p w14:paraId="244B6860" w14:textId="77777777" w:rsidR="00B96CA1" w:rsidRDefault="001E1AA3">
            <w:r>
              <w:t xml:space="preserve"> </w:t>
            </w:r>
          </w:p>
        </w:tc>
      </w:tr>
      <w:tr w:rsidR="00B96CA1" w14:paraId="658BEEBF" w14:textId="77777777">
        <w:trPr>
          <w:cantSplit/>
          <w:jc w:val="center"/>
        </w:trPr>
        <w:tc>
          <w:tcPr>
            <w:tcW w:w="10080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9918B1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EXTRACURRICULAR ACTIVITIES / LEADERSHIP</w:t>
            </w:r>
          </w:p>
          <w:p w14:paraId="12551825" w14:textId="77777777" w:rsidR="00B96CA1" w:rsidRDefault="001E1AA3">
            <w:pPr>
              <w:spacing w:after="0"/>
            </w:pPr>
            <w:sdt>
              <w:sdtPr>
                <w:alias w:val="ACTIVITIES"/>
                <w:tag w:val="ACTIVITIES"/>
                <w:id w:val="-810556922"/>
                <w:text/>
              </w:sdtPr>
              <w:sdtEndPr/>
              <w:sdtContent>
                <w:r>
                  <w:rPr>
                    <w:color w:val="777777"/>
                  </w:rPr>
                  <w:t xml:space="preserve">List key </w:t>
                </w:r>
                <w:r>
                  <w:rPr>
                    <w:color w:val="777777"/>
                  </w:rPr>
                  <w:t>activities, clubs, sports, leadership roles, or employment</w:t>
                </w:r>
              </w:sdtContent>
            </w:sdt>
          </w:p>
        </w:tc>
      </w:tr>
      <w:tr w:rsidR="00B96CA1" w14:paraId="425ED44E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531524" w14:textId="77777777" w:rsidR="00B96CA1" w:rsidRDefault="001E1AA3">
            <w:r>
              <w:rPr>
                <w:b/>
                <w:color w:val="FFFFFF"/>
                <w:sz w:val="20"/>
              </w:rPr>
              <w:t>6. REQUIRED PERSONAL STATEMENT</w:t>
            </w:r>
          </w:p>
        </w:tc>
      </w:tr>
    </w:tbl>
    <w:p w14:paraId="4B038017" w14:textId="77777777" w:rsidR="00B96CA1" w:rsidRDefault="001E1AA3">
      <w:pPr>
        <w:spacing w:after="100"/>
      </w:pPr>
      <w:r>
        <w:rPr>
          <w:b/>
        </w:rPr>
        <w:t xml:space="preserve">250-500 words: </w:t>
      </w:r>
      <w:r>
        <w:t xml:space="preserve">Tell us about yourself, your goals for the future, and an experience, person, or value that has helped shape the person you are today. How will </w:t>
      </w:r>
      <w:r>
        <w:t>your education help you make a difference in your community?</w:t>
      </w:r>
    </w:p>
    <w:p w14:paraId="6055BE55" w14:textId="77777777" w:rsidR="00B96CA1" w:rsidRDefault="001E1AA3">
      <w:pPr>
        <w:spacing w:after="60"/>
      </w:pPr>
      <w:sdt>
        <w:sdtPr>
          <w:alias w:val="PERSONAL_ATTACHED"/>
          <w:tag w:val="PERSONAL_ATTACHED"/>
          <w:id w:val="169842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Personal statement is attached to this application.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B96CA1" w14:paraId="735E445B" w14:textId="77777777">
        <w:trPr>
          <w:cantSplit/>
          <w:jc w:val="center"/>
        </w:trPr>
        <w:tc>
          <w:tcPr>
            <w:tcW w:w="10166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73A3C3" w14:textId="77777777" w:rsidR="00B96CA1" w:rsidRDefault="001E1AA3">
            <w:r>
              <w:rPr>
                <w:b/>
                <w:color w:val="FFFFFF"/>
                <w:sz w:val="20"/>
              </w:rPr>
              <w:t>7. SCHOLARSHIP-SPECIFIC INFORMATION</w:t>
            </w:r>
          </w:p>
        </w:tc>
      </w:tr>
    </w:tbl>
    <w:p w14:paraId="02715312" w14:textId="77777777" w:rsidR="00B96CA1" w:rsidRDefault="001E1AA3">
      <w:pPr>
        <w:spacing w:after="40"/>
      </w:pPr>
      <w:r>
        <w:rPr>
          <w:b/>
          <w:color w:val="E82323"/>
        </w:rPr>
        <w:t>Lieutenant Gabe Soto Scholarship - Scholastic Honors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B96CA1" w14:paraId="1D9C2314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90" w:type="dxa"/>
              <w:left w:w="110" w:type="dxa"/>
              <w:bottom w:w="120" w:type="dxa"/>
              <w:right w:w="110" w:type="dxa"/>
            </w:tcMar>
          </w:tcPr>
          <w:p w14:paraId="508C7E54" w14:textId="77777777" w:rsidR="00B96CA1" w:rsidRDefault="001E1AA3">
            <w:r>
              <w:rPr>
                <w:b/>
                <w:color w:val="666666"/>
                <w:sz w:val="15"/>
              </w:rPr>
              <w:t xml:space="preserve">LIST ACADEMIC HONORS, AWARDS, ADVANCED </w:t>
            </w:r>
            <w:r>
              <w:rPr>
                <w:b/>
                <w:color w:val="666666"/>
                <w:sz w:val="15"/>
              </w:rPr>
              <w:t>COURSEWORK, AND ACADEMIC ORGANIZATIONS.</w:t>
            </w:r>
          </w:p>
          <w:p w14:paraId="38D73D7A" w14:textId="77777777" w:rsidR="00B96CA1" w:rsidRDefault="001E1AA3">
            <w:sdt>
              <w:sdtPr>
                <w:alias w:val="ACADEMIC_HONORS"/>
                <w:tag w:val="ACADEMIC_HONORS"/>
                <w:id w:val="2132511558"/>
                <w:text/>
              </w:sdtPr>
              <w:sdtEndPr/>
              <w:sdtContent>
                <w:r>
                  <w:rPr>
                    <w:color w:val="777777"/>
                  </w:rPr>
                  <w:t>Click or tap here to enter your response.</w:t>
                </w:r>
              </w:sdtContent>
            </w:sdt>
          </w:p>
          <w:p w14:paraId="345E3D73" w14:textId="77777777" w:rsidR="00B96CA1" w:rsidRDefault="001E1AA3">
            <w:r>
              <w:t xml:space="preserve"> </w:t>
            </w:r>
          </w:p>
          <w:p w14:paraId="1E682D3C" w14:textId="77777777" w:rsidR="00B96CA1" w:rsidRDefault="001E1AA3">
            <w:r>
              <w:t xml:space="preserve"> </w:t>
            </w:r>
          </w:p>
        </w:tc>
      </w:tr>
    </w:tbl>
    <w:p w14:paraId="09FA664C" w14:textId="77777777" w:rsidR="00B96CA1" w:rsidRDefault="001E1AA3">
      <w:pPr>
        <w:spacing w:after="60"/>
      </w:pPr>
      <w:sdt>
        <w:sdtPr>
          <w:alias w:val="TRANSCRIPT_ATTACHED"/>
          <w:tag w:val="TRANSCRIPT_ATTACHED"/>
          <w:id w:val="1554042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Current transcript is attached.</w:t>
      </w:r>
    </w:p>
    <w:p w14:paraId="663335A4" w14:textId="77777777" w:rsidR="00B96CA1" w:rsidRDefault="001E1AA3">
      <w:pPr>
        <w:spacing w:before="80" w:after="40"/>
      </w:pPr>
      <w:r>
        <w:rPr>
          <w:b/>
          <w:color w:val="E82323"/>
        </w:rPr>
        <w:t>Firefighter Sidney Houpt Scholarship - Community Service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B96CA1" w14:paraId="424B6987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90" w:type="dxa"/>
              <w:left w:w="110" w:type="dxa"/>
              <w:bottom w:w="120" w:type="dxa"/>
              <w:right w:w="110" w:type="dxa"/>
            </w:tcMar>
          </w:tcPr>
          <w:p w14:paraId="559DD215" w14:textId="77777777" w:rsidR="00B96CA1" w:rsidRDefault="001E1AA3">
            <w:r>
              <w:rPr>
                <w:b/>
                <w:color w:val="666666"/>
                <w:sz w:val="15"/>
              </w:rPr>
              <w:lastRenderedPageBreak/>
              <w:t xml:space="preserve">LIST COMMUNITY SERVICE, VOLUNTEER WORK, LEADERSHIP, </w:t>
            </w:r>
            <w:r>
              <w:rPr>
                <w:b/>
                <w:color w:val="666666"/>
                <w:sz w:val="15"/>
              </w:rPr>
              <w:t>DATES/HOURS, AND YOUR ROLE OR IMPACT.</w:t>
            </w:r>
          </w:p>
          <w:p w14:paraId="229152FC" w14:textId="77777777" w:rsidR="00B96CA1" w:rsidRDefault="001E1AA3">
            <w:sdt>
              <w:sdtPr>
                <w:alias w:val="COMMUNITY_SERVICE"/>
                <w:tag w:val="COMMUNITY_SERVICE"/>
                <w:id w:val="-2032791482"/>
                <w:text/>
              </w:sdtPr>
              <w:sdtEndPr/>
              <w:sdtContent>
                <w:r>
                  <w:rPr>
                    <w:color w:val="777777"/>
                  </w:rPr>
                  <w:t>Click or tap here to enter your response.</w:t>
                </w:r>
              </w:sdtContent>
            </w:sdt>
          </w:p>
          <w:p w14:paraId="3C2961D7" w14:textId="77777777" w:rsidR="00B96CA1" w:rsidRDefault="001E1AA3">
            <w:r>
              <w:t xml:space="preserve"> </w:t>
            </w:r>
          </w:p>
          <w:p w14:paraId="1A9B5C36" w14:textId="77777777" w:rsidR="00B96CA1" w:rsidRDefault="001E1AA3">
            <w:r>
              <w:t xml:space="preserve"> </w:t>
            </w:r>
          </w:p>
          <w:p w14:paraId="552D34B2" w14:textId="77777777" w:rsidR="00B96CA1" w:rsidRDefault="001E1AA3">
            <w:r>
              <w:t xml:space="preserve"> </w:t>
            </w:r>
          </w:p>
        </w:tc>
      </w:tr>
    </w:tbl>
    <w:p w14:paraId="621C4A37" w14:textId="77777777" w:rsidR="00B96CA1" w:rsidRDefault="001E1AA3">
      <w:pPr>
        <w:spacing w:after="60"/>
      </w:pPr>
      <w:sdt>
        <w:sdtPr>
          <w:alias w:val="SERVICE_EXTRA"/>
          <w:tag w:val="SERVICE_EXTRA"/>
          <w:id w:val="-1726679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Additional community service page is attached, if needed.</w:t>
      </w:r>
    </w:p>
    <w:p w14:paraId="72580894" w14:textId="77777777" w:rsidR="00B96CA1" w:rsidRDefault="001E1AA3">
      <w:pPr>
        <w:spacing w:before="80" w:after="40"/>
      </w:pPr>
      <w:r>
        <w:rPr>
          <w:b/>
          <w:color w:val="E82323"/>
        </w:rPr>
        <w:t>MVFD Oliver Johnson Scholarship - Written Essay</w:t>
      </w:r>
    </w:p>
    <w:p w14:paraId="364E057C" w14:textId="77777777" w:rsidR="00B96CA1" w:rsidRDefault="001E1AA3">
      <w:pPr>
        <w:spacing w:after="60"/>
      </w:pPr>
      <w:sdt>
        <w:sdtPr>
          <w:alias w:val="ESSAY_ATTACHED"/>
          <w:tag w:val="ESSAY_ATTACHED"/>
          <w:id w:val="1543474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Original essay responding to the current MFFCU essay </w:t>
      </w:r>
      <w:r>
        <w:t>prompt is attached.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98"/>
        <w:gridCol w:w="96"/>
      </w:tblGrid>
      <w:tr w:rsidR="00B96CA1" w14:paraId="3117C38D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35394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ESSAY TITLE</w:t>
            </w:r>
          </w:p>
          <w:p w14:paraId="16E3C485" w14:textId="77777777" w:rsidR="00B96CA1" w:rsidRDefault="001E1AA3">
            <w:pPr>
              <w:spacing w:after="0"/>
            </w:pPr>
            <w:sdt>
              <w:sdtPr>
                <w:alias w:val="ESSAY_TITLE"/>
                <w:tag w:val="ESSAY_TITLE"/>
                <w:id w:val="-693227500"/>
                <w:text/>
              </w:sdtPr>
              <w:sdtEndPr/>
              <w:sdtContent>
                <w:r>
                  <w:rPr>
                    <w:color w:val="777777"/>
                  </w:rPr>
                  <w:t>Essay title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F6E6B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APPROX. WORD COUNT</w:t>
            </w:r>
          </w:p>
          <w:p w14:paraId="2CFE4131" w14:textId="77777777" w:rsidR="00B96CA1" w:rsidRDefault="001E1AA3">
            <w:pPr>
              <w:spacing w:after="0"/>
            </w:pPr>
            <w:sdt>
              <w:sdtPr>
                <w:alias w:val="ESSAY_WORDS"/>
                <w:tag w:val="ESSAY_WORDS"/>
                <w:id w:val="-757989418"/>
                <w:text/>
              </w:sdtPr>
              <w:sdtEndPr/>
              <w:sdtContent>
                <w:r>
                  <w:rPr>
                    <w:color w:val="777777"/>
                  </w:rPr>
                  <w:t>Word count</w:t>
                </w:r>
              </w:sdtContent>
            </w:sdt>
          </w:p>
        </w:tc>
      </w:tr>
      <w:tr w:rsidR="00B96CA1" w14:paraId="14BBA7D3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B5CE63" w14:textId="77777777" w:rsidR="00B96CA1" w:rsidRDefault="001E1AA3">
            <w:r>
              <w:rPr>
                <w:b/>
                <w:color w:val="FFFFFF"/>
                <w:sz w:val="20"/>
              </w:rPr>
              <w:t>8. LETTER OF RECOMMENDATION</w:t>
            </w:r>
          </w:p>
        </w:tc>
      </w:tr>
    </w:tbl>
    <w:p w14:paraId="7E2206DE" w14:textId="77777777" w:rsidR="00B96CA1" w:rsidRDefault="001E1AA3">
      <w:pPr>
        <w:spacing w:after="100"/>
      </w:pPr>
      <w:r>
        <w:rPr>
          <w:color w:val="666666"/>
          <w:sz w:val="17"/>
        </w:rPr>
        <w:t xml:space="preserve">Submit one recommendation from a teacher, counselor, coach, supervisor, community leader, or other non-family member who can speak to your </w:t>
      </w:r>
      <w:r>
        <w:rPr>
          <w:color w:val="666666"/>
          <w:sz w:val="17"/>
        </w:rPr>
        <w:t>character or achievements.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96CA1" w14:paraId="385CCC28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6E5BD8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RECOMMENDER NAME</w:t>
            </w:r>
          </w:p>
          <w:p w14:paraId="76C66E91" w14:textId="77777777" w:rsidR="00B96CA1" w:rsidRDefault="001E1AA3">
            <w:pPr>
              <w:spacing w:after="0"/>
            </w:pPr>
            <w:sdt>
              <w:sdtPr>
                <w:alias w:val="REC_NAME"/>
                <w:tag w:val="REC_NAME"/>
                <w:id w:val="745067156"/>
                <w:text/>
              </w:sdtPr>
              <w:sdtEndPr/>
              <w:sdtContent>
                <w:r>
                  <w:rPr>
                    <w:color w:val="777777"/>
                  </w:rPr>
                  <w:t>Full name</w:t>
                </w:r>
              </w:sdtContent>
            </w:sdt>
          </w:p>
        </w:tc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8CAFAE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RELATIONSHIP TO APPLICANT</w:t>
            </w:r>
          </w:p>
          <w:p w14:paraId="713C7B8D" w14:textId="77777777" w:rsidR="00B96CA1" w:rsidRDefault="001E1AA3">
            <w:pPr>
              <w:spacing w:after="0"/>
            </w:pPr>
            <w:sdt>
              <w:sdtPr>
                <w:alias w:val="REC_REL"/>
                <w:tag w:val="REC_REL"/>
                <w:id w:val="1880516615"/>
                <w:text/>
              </w:sdtPr>
              <w:sdtEndPr/>
              <w:sdtContent>
                <w:r>
                  <w:rPr>
                    <w:color w:val="777777"/>
                  </w:rPr>
                  <w:t>Relationship / role</w:t>
                </w:r>
              </w:sdtContent>
            </w:sdt>
          </w:p>
        </w:tc>
      </w:tr>
      <w:tr w:rsidR="00B96CA1" w14:paraId="79EBBEFC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0DEC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RECOMMENDER PHONE</w:t>
            </w:r>
          </w:p>
          <w:p w14:paraId="313FD76E" w14:textId="77777777" w:rsidR="00B96CA1" w:rsidRDefault="001E1AA3">
            <w:pPr>
              <w:spacing w:after="0"/>
            </w:pPr>
            <w:sdt>
              <w:sdtPr>
                <w:alias w:val="REC_PHONE"/>
                <w:tag w:val="REC_PHONE"/>
                <w:id w:val="1030528173"/>
                <w:text/>
              </w:sdtPr>
              <w:sdtEndPr/>
              <w:sdtContent>
                <w:r>
                  <w:rPr>
                    <w:color w:val="777777"/>
                  </w:rPr>
                  <w:t>Phone number</w:t>
                </w:r>
              </w:sdtContent>
            </w:sdt>
          </w:p>
        </w:tc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386DF3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RECOMMENDER EMAIL</w:t>
            </w:r>
          </w:p>
          <w:p w14:paraId="04DEFF10" w14:textId="77777777" w:rsidR="00B96CA1" w:rsidRDefault="001E1AA3">
            <w:pPr>
              <w:spacing w:after="0"/>
            </w:pPr>
            <w:sdt>
              <w:sdtPr>
                <w:alias w:val="REC_EMAIL"/>
                <w:tag w:val="REC_EMAIL"/>
                <w:id w:val="-264700358"/>
                <w:text/>
              </w:sdtPr>
              <w:sdtEndPr/>
              <w:sdtContent>
                <w:r>
                  <w:rPr>
                    <w:color w:val="777777"/>
                  </w:rPr>
                  <w:t>Email address</w:t>
                </w:r>
              </w:sdtContent>
            </w:sdt>
          </w:p>
        </w:tc>
      </w:tr>
    </w:tbl>
    <w:p w14:paraId="640AAFE6" w14:textId="77777777" w:rsidR="00B96CA1" w:rsidRDefault="001E1AA3">
      <w:pPr>
        <w:spacing w:after="60"/>
      </w:pPr>
      <w:sdt>
        <w:sdtPr>
          <w:alias w:val="REC_ATTACHED"/>
          <w:tag w:val="REC_ATTACHED"/>
          <w:id w:val="17836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Letter of recommendation is attached.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71"/>
      </w:tblGrid>
      <w:tr w:rsidR="00B96CA1" w14:paraId="017330A9" w14:textId="77777777" w:rsidTr="00363EED">
        <w:trPr>
          <w:cantSplit/>
          <w:jc w:val="center"/>
        </w:trPr>
        <w:tc>
          <w:tcPr>
            <w:tcW w:w="10171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8BCE3A" w14:textId="1FA50AB5" w:rsidR="00B96CA1" w:rsidRDefault="00363EED">
            <w:r>
              <w:rPr>
                <w:b/>
                <w:color w:val="FFFFFF"/>
                <w:sz w:val="20"/>
              </w:rPr>
              <w:t>9</w:t>
            </w:r>
            <w:r w:rsidR="001E1AA3">
              <w:rPr>
                <w:b/>
                <w:color w:val="FFFFFF"/>
                <w:sz w:val="20"/>
              </w:rPr>
              <w:t xml:space="preserve">. APPLICANT CERTIFICATION &amp; </w:t>
            </w:r>
            <w:r w:rsidR="001E1AA3">
              <w:rPr>
                <w:b/>
                <w:color w:val="FFFFFF"/>
                <w:sz w:val="20"/>
              </w:rPr>
              <w:t>AUTHORIZATION</w:t>
            </w:r>
          </w:p>
        </w:tc>
      </w:tr>
    </w:tbl>
    <w:p w14:paraId="3B1E6F9A" w14:textId="77777777" w:rsidR="00B96CA1" w:rsidRDefault="001E1AA3">
      <w:pPr>
        <w:spacing w:after="120"/>
      </w:pPr>
      <w:r>
        <w:rPr>
          <w:sz w:val="18"/>
        </w:rPr>
        <w:t xml:space="preserve">By signing below, I certify that the information submitted with this application is true and complete to the best of my knowledge. I understand that MFFCU may verify information provided, including membership eligibility. I certify that all </w:t>
      </w:r>
      <w:r>
        <w:rPr>
          <w:sz w:val="18"/>
        </w:rPr>
        <w:t>written work submitted is my own. I understand that incomplete, inaccurate, or misleading information may result in disqualification.</w:t>
      </w:r>
    </w:p>
    <w:p w14:paraId="19AC473B" w14:textId="77777777" w:rsidR="00B96CA1" w:rsidRDefault="001E1AA3">
      <w:pPr>
        <w:spacing w:after="60"/>
      </w:pPr>
      <w:sdt>
        <w:sdtPr>
          <w:alias w:val="PUBLICITY_PERMISSION"/>
          <w:tag w:val="PUBLICITY_PERMISSION"/>
          <w:id w:val="1776364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If selected, I authorize MFFCU to use my name, school, scholarship award, photo, and brief biographical information fo</w:t>
      </w:r>
      <w:r>
        <w:t>r scholarship recognition and promotional purposes.</w:t>
      </w:r>
    </w:p>
    <w:p w14:paraId="0135710A" w14:textId="77777777" w:rsidR="00B96CA1" w:rsidRDefault="001E1AA3">
      <w:pPr>
        <w:spacing w:after="100"/>
      </w:pPr>
      <w:r>
        <w:rPr>
          <w:color w:val="666666"/>
          <w:sz w:val="17"/>
        </w:rPr>
        <w:t>Publicity permission is optional and does not affect scholarship consideration.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96CA1" w14:paraId="596E52E5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3E2E7F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APPLICANT SIGNATURE</w:t>
            </w:r>
          </w:p>
          <w:p w14:paraId="3E8AC23D" w14:textId="77777777" w:rsidR="00B96CA1" w:rsidRDefault="001E1AA3">
            <w:pPr>
              <w:spacing w:after="0"/>
            </w:pPr>
            <w:sdt>
              <w:sdtPr>
                <w:alias w:val="APPLICANT_SIGNATURE"/>
                <w:tag w:val="APPLICANT_SIGNATURE"/>
                <w:id w:val="-149757678"/>
                <w:text/>
              </w:sdtPr>
              <w:sdtEndPr/>
              <w:sdtContent>
                <w:r>
                  <w:rPr>
                    <w:color w:val="777777"/>
                  </w:rPr>
                  <w:t>Type full name as signature</w:t>
                </w:r>
              </w:sdtContent>
            </w:sdt>
          </w:p>
        </w:tc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4A662A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DATE</w:t>
            </w:r>
          </w:p>
          <w:p w14:paraId="7D3E4873" w14:textId="77777777" w:rsidR="00B96CA1" w:rsidRDefault="001E1AA3">
            <w:pPr>
              <w:spacing w:after="0"/>
            </w:pPr>
            <w:sdt>
              <w:sdtPr>
                <w:alias w:val="APPLICANT_DATE"/>
                <w:tag w:val="APPLICANT_DATE"/>
                <w:id w:val="-436594041"/>
                <w:text/>
              </w:sdtPr>
              <w:sdtEndPr/>
              <w:sdtContent>
                <w:r>
                  <w:rPr>
                    <w:color w:val="777777"/>
                  </w:rPr>
                  <w:t>MM/DD/YYYY</w:t>
                </w:r>
              </w:sdtContent>
            </w:sdt>
          </w:p>
        </w:tc>
      </w:tr>
    </w:tbl>
    <w:p w14:paraId="786F036A" w14:textId="77777777" w:rsidR="00B96CA1" w:rsidRDefault="001E1AA3">
      <w:pPr>
        <w:spacing w:after="40"/>
      </w:pPr>
      <w:r>
        <w:rPr>
          <w:b/>
          <w:color w:val="E82323"/>
          <w:sz w:val="16"/>
        </w:rPr>
        <w:t>IF APPLICANT IS UNDER 18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98"/>
        <w:gridCol w:w="96"/>
      </w:tblGrid>
      <w:tr w:rsidR="00B96CA1" w14:paraId="3EC73B98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E2ECBF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PARENT / GUARDIAN NAME</w:t>
            </w:r>
          </w:p>
          <w:p w14:paraId="7DA1434F" w14:textId="77777777" w:rsidR="00B96CA1" w:rsidRDefault="001E1AA3">
            <w:pPr>
              <w:spacing w:after="0"/>
            </w:pPr>
            <w:sdt>
              <w:sdtPr>
                <w:alias w:val="GUARDIAN_NAME"/>
                <w:tag w:val="GUARDIAN_NAME"/>
                <w:id w:val="-254588532"/>
                <w:text/>
              </w:sdtPr>
              <w:sdtEndPr/>
              <w:sdtContent>
                <w:r>
                  <w:rPr>
                    <w:color w:val="777777"/>
                  </w:rPr>
                  <w:t>Full name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A02B6E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PARENT / GUARDIAN PHONE</w:t>
            </w:r>
          </w:p>
          <w:p w14:paraId="51AEED02" w14:textId="77777777" w:rsidR="00B96CA1" w:rsidRDefault="001E1AA3">
            <w:pPr>
              <w:spacing w:after="0"/>
            </w:pPr>
            <w:sdt>
              <w:sdtPr>
                <w:alias w:val="GUARDIAN_PHONE"/>
                <w:tag w:val="GUARDIAN_PHONE"/>
                <w:id w:val="-794904692"/>
                <w:text/>
              </w:sdtPr>
              <w:sdtEndPr/>
              <w:sdtContent>
                <w:r>
                  <w:rPr>
                    <w:color w:val="777777"/>
                  </w:rPr>
                  <w:t>Phone number</w:t>
                </w:r>
              </w:sdtContent>
            </w:sdt>
          </w:p>
        </w:tc>
      </w:tr>
      <w:tr w:rsidR="00B96CA1" w14:paraId="56E27033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461633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PARENT / GUARDIAN SIGNATURE</w:t>
            </w:r>
          </w:p>
          <w:p w14:paraId="27CE9685" w14:textId="77777777" w:rsidR="00B96CA1" w:rsidRDefault="001E1AA3">
            <w:pPr>
              <w:spacing w:after="0"/>
            </w:pPr>
            <w:sdt>
              <w:sdtPr>
                <w:alias w:val="GUARDIAN_SIGNATURE"/>
                <w:tag w:val="GUARDIAN_SIGNATURE"/>
                <w:id w:val="-784277720"/>
                <w:text/>
              </w:sdtPr>
              <w:sdtEndPr/>
              <w:sdtContent>
                <w:r>
                  <w:rPr>
                    <w:color w:val="777777"/>
                  </w:rPr>
                  <w:t>Type full name as signature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7126B0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DATE</w:t>
            </w:r>
          </w:p>
          <w:p w14:paraId="7EE5F484" w14:textId="77777777" w:rsidR="00B96CA1" w:rsidRDefault="001E1AA3">
            <w:pPr>
              <w:spacing w:after="0"/>
            </w:pPr>
            <w:sdt>
              <w:sdtPr>
                <w:alias w:val="GUARDIAN_DATE"/>
                <w:tag w:val="GUARDIAN_DATE"/>
                <w:id w:val="2039309949"/>
                <w:text/>
              </w:sdtPr>
              <w:sdtEndPr/>
              <w:sdtContent>
                <w:r>
                  <w:rPr>
                    <w:color w:val="777777"/>
                  </w:rPr>
                  <w:t>MM/DD/YYYY</w:t>
                </w:r>
              </w:sdtContent>
            </w:sdt>
          </w:p>
        </w:tc>
      </w:tr>
      <w:tr w:rsidR="00B96CA1" w14:paraId="742A363E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F7454B" w14:textId="5D633972" w:rsidR="00B96CA1" w:rsidRDefault="001E1AA3">
            <w:r>
              <w:rPr>
                <w:b/>
                <w:color w:val="FFFFFF"/>
                <w:sz w:val="20"/>
              </w:rPr>
              <w:t>1</w:t>
            </w:r>
            <w:r w:rsidR="00363EED">
              <w:rPr>
                <w:b/>
                <w:color w:val="FFFFFF"/>
                <w:sz w:val="20"/>
              </w:rPr>
              <w:t>0</w:t>
            </w:r>
            <w:r>
              <w:rPr>
                <w:b/>
                <w:color w:val="FFFFFF"/>
                <w:sz w:val="20"/>
              </w:rPr>
              <w:t>. SUBMISSION CHECKLIST</w:t>
            </w:r>
          </w:p>
        </w:tc>
      </w:tr>
    </w:tbl>
    <w:p w14:paraId="126FED39" w14:textId="77777777" w:rsidR="00B96CA1" w:rsidRDefault="001E1AA3">
      <w:pPr>
        <w:spacing w:after="60"/>
      </w:pPr>
      <w:sdt>
        <w:sdtPr>
          <w:alias w:val="CHK_APP"/>
          <w:tag w:val="CHK_APP"/>
          <w:id w:val="55698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Completed and signed scholarship application</w:t>
      </w:r>
    </w:p>
    <w:p w14:paraId="6AEC718E" w14:textId="77777777" w:rsidR="00B96CA1" w:rsidRDefault="001E1AA3">
      <w:pPr>
        <w:spacing w:after="60"/>
      </w:pPr>
      <w:sdt>
        <w:sdtPr>
          <w:alias w:val="CHK_REDLINE"/>
          <w:tag w:val="CHK_REDLINE"/>
          <w:id w:val="-307938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REDLINE Youth account eligibility confirmed</w:t>
      </w:r>
    </w:p>
    <w:p w14:paraId="0BCD4A3A" w14:textId="77777777" w:rsidR="00B96CA1" w:rsidRDefault="001E1AA3">
      <w:pPr>
        <w:spacing w:after="60"/>
      </w:pPr>
      <w:sdt>
        <w:sdtPr>
          <w:alias w:val="CHK_TRANSCRIPT"/>
          <w:tag w:val="CHK_TRANSCRIPT"/>
          <w:id w:val="-45980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Current transcript</w:t>
      </w:r>
    </w:p>
    <w:p w14:paraId="5DA54D70" w14:textId="77777777" w:rsidR="00B96CA1" w:rsidRDefault="001E1AA3">
      <w:pPr>
        <w:spacing w:after="60"/>
      </w:pPr>
      <w:sdt>
        <w:sdtPr>
          <w:alias w:val="CHK_PERSONAL"/>
          <w:tag w:val="CHK_PERSONAL"/>
          <w:id w:val="-57022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250-500 word personal statement</w:t>
      </w:r>
    </w:p>
    <w:p w14:paraId="2998AEA3" w14:textId="77777777" w:rsidR="00B96CA1" w:rsidRDefault="001E1AA3">
      <w:pPr>
        <w:spacing w:after="60"/>
      </w:pPr>
      <w:sdt>
        <w:sdtPr>
          <w:alias w:val="CHK_SPECIFIC"/>
          <w:tag w:val="CHK_SPECIFIC"/>
          <w:id w:val="-715579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Required materials for each scholarship selected</w:t>
      </w:r>
    </w:p>
    <w:p w14:paraId="61705ABC" w14:textId="77777777" w:rsidR="00B96CA1" w:rsidRDefault="001E1AA3">
      <w:pPr>
        <w:spacing w:after="60"/>
      </w:pPr>
      <w:sdt>
        <w:sdtPr>
          <w:alias w:val="CHK_REC"/>
          <w:tag w:val="CHK_REC"/>
          <w:id w:val="860394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One letter of recommendation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5198"/>
        <w:gridCol w:w="96"/>
      </w:tblGrid>
      <w:tr w:rsidR="00B96CA1" w14:paraId="2CF2A0F2" w14:textId="77777777">
        <w:trPr>
          <w:gridAfter w:val="1"/>
          <w:wAfter w:w="96" w:type="dxa"/>
          <w:cantSplit/>
          <w:jc w:val="center"/>
        </w:trPr>
        <w:tc>
          <w:tcPr>
            <w:tcW w:w="10166" w:type="dxa"/>
            <w:gridSpan w:val="2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55CEFE" w14:textId="77777777" w:rsidR="00B96CA1" w:rsidRDefault="001E1AA3">
            <w:r>
              <w:rPr>
                <w:b/>
                <w:color w:val="FFFFFF"/>
                <w:sz w:val="20"/>
              </w:rPr>
              <w:t>MFFCU OFFICE USE ONLY</w:t>
            </w:r>
          </w:p>
        </w:tc>
      </w:tr>
      <w:tr w:rsidR="00B96CA1" w14:paraId="77FCCCA9" w14:textId="77777777">
        <w:trPr>
          <w:cantSplit/>
          <w:jc w:val="center"/>
        </w:trPr>
        <w:tc>
          <w:tcPr>
            <w:tcW w:w="4968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152001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DATE RECEIVED</w:t>
            </w:r>
          </w:p>
          <w:p w14:paraId="0C79BA22" w14:textId="77777777" w:rsidR="00B96CA1" w:rsidRDefault="001E1AA3">
            <w:pPr>
              <w:spacing w:after="0"/>
            </w:pPr>
            <w:sdt>
              <w:sdtPr>
                <w:alias w:val="OFFICE_DATE"/>
                <w:tag w:val="OFFICE_DATE"/>
                <w:id w:val="1577940124"/>
                <w:text/>
              </w:sdtPr>
              <w:sdtEndPr/>
              <w:sdtContent>
                <w:r>
                  <w:rPr>
                    <w:color w:val="777777"/>
                  </w:rPr>
                  <w:t>MM/DD/YYYY</w:t>
                </w:r>
              </w:sdtContent>
            </w:sdt>
          </w:p>
        </w:tc>
        <w:tc>
          <w:tcPr>
            <w:tcW w:w="4968" w:type="dxa"/>
            <w:gridSpan w:val="2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E64FE4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 xml:space="preserve">REVIEWER </w:t>
            </w:r>
            <w:r>
              <w:rPr>
                <w:b/>
                <w:color w:val="666666"/>
                <w:sz w:val="15"/>
              </w:rPr>
              <w:t>INITIALS</w:t>
            </w:r>
          </w:p>
          <w:p w14:paraId="0293B7BF" w14:textId="77777777" w:rsidR="00B96CA1" w:rsidRDefault="001E1AA3">
            <w:pPr>
              <w:spacing w:after="0"/>
            </w:pPr>
            <w:sdt>
              <w:sdtPr>
                <w:alias w:val="OFFICE_INITIALS"/>
                <w:tag w:val="OFFICE_INITIALS"/>
                <w:id w:val="-818258585"/>
                <w:text/>
              </w:sdtPr>
              <w:sdtEndPr/>
              <w:sdtContent>
                <w:r>
                  <w:rPr>
                    <w:color w:val="777777"/>
                  </w:rPr>
                  <w:t>Initials</w:t>
                </w:r>
              </w:sdtContent>
            </w:sdt>
          </w:p>
        </w:tc>
      </w:tr>
    </w:tbl>
    <w:p w14:paraId="38446B08" w14:textId="77777777" w:rsidR="00B96CA1" w:rsidRDefault="001E1AA3">
      <w:pPr>
        <w:spacing w:after="40"/>
      </w:pPr>
      <w:sdt>
        <w:sdtPr>
          <w:alias w:val="OFF_MEMBER"/>
          <w:tag w:val="OFF_MEMBER"/>
          <w:id w:val="-170741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Member verified</w:t>
      </w:r>
      <w:r>
        <w:t xml:space="preserve">     </w:t>
      </w:r>
      <w:sdt>
        <w:sdtPr>
          <w:alias w:val="OFF_COMPLETE"/>
          <w:tag w:val="OFF_COMPLETE"/>
          <w:id w:val="-133957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Application complete</w:t>
      </w:r>
      <w:r>
        <w:t xml:space="preserve">     </w:t>
      </w:r>
      <w:sdt>
        <w:sdtPr>
          <w:alias w:val="OFF_ELIGIBLE"/>
          <w:tag w:val="OFF_ELIGIBLE"/>
          <w:id w:val="430789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Eligible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6CA1" w14:paraId="71563B8B" w14:textId="77777777">
        <w:trPr>
          <w:cantSplit/>
          <w:jc w:val="center"/>
        </w:trPr>
        <w:tc>
          <w:tcPr>
            <w:tcW w:w="10080" w:type="dxa"/>
            <w:tcBorders>
              <w:bottom w:val="single" w:sz="6" w:space="0" w:color="CCCCCC"/>
            </w:tcBorders>
            <w:shd w:val="clear" w:color="auto" w:fill="FAFA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CAD139" w14:textId="77777777" w:rsidR="00B96CA1" w:rsidRDefault="001E1AA3">
            <w:pPr>
              <w:spacing w:after="40"/>
            </w:pPr>
            <w:r>
              <w:rPr>
                <w:b/>
                <w:color w:val="666666"/>
                <w:sz w:val="15"/>
              </w:rPr>
              <w:t>FINAL DECISION / NOTES</w:t>
            </w:r>
          </w:p>
          <w:p w14:paraId="06C93DD8" w14:textId="77777777" w:rsidR="00B96CA1" w:rsidRDefault="001E1AA3">
            <w:pPr>
              <w:spacing w:after="0"/>
            </w:pPr>
            <w:sdt>
              <w:sdtPr>
                <w:alias w:val="OFF_DECISION"/>
                <w:tag w:val="OFF_DECISION"/>
                <w:id w:val="1237601050"/>
                <w:text/>
              </w:sdtPr>
              <w:sdtEndPr/>
              <w:sdtContent>
                <w:r>
                  <w:rPr>
                    <w:color w:val="777777"/>
                  </w:rPr>
                  <w:t>MFFCU use only</w:t>
                </w:r>
              </w:sdtContent>
            </w:sdt>
          </w:p>
        </w:tc>
      </w:tr>
    </w:tbl>
    <w:p w14:paraId="1437268E" w14:textId="77777777" w:rsidR="001E1AA3" w:rsidRDefault="001E1AA3"/>
    <w:sectPr w:rsidR="001E1AA3" w:rsidSect="00034616">
      <w:headerReference w:type="default" r:id="rId8"/>
      <w:footerReference w:type="default" r:id="rId9"/>
      <w:pgSz w:w="12240" w:h="15840"/>
      <w:pgMar w:top="605" w:right="1037" w:bottom="691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F2F52" w14:textId="77777777" w:rsidR="001E1AA3" w:rsidRDefault="001E1AA3">
      <w:pPr>
        <w:spacing w:after="0" w:line="240" w:lineRule="auto"/>
      </w:pPr>
      <w:r>
        <w:separator/>
      </w:r>
    </w:p>
  </w:endnote>
  <w:endnote w:type="continuationSeparator" w:id="0">
    <w:p w14:paraId="762B6EF0" w14:textId="77777777" w:rsidR="001E1AA3" w:rsidRDefault="001E1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2D7AD" w14:textId="77777777" w:rsidR="00B96CA1" w:rsidRDefault="001E1AA3">
    <w:pPr>
      <w:pStyle w:val="Footer"/>
      <w:jc w:val="center"/>
    </w:pPr>
    <w:r>
      <w:rPr>
        <w:color w:val="666666"/>
        <w:sz w:val="15"/>
      </w:rPr>
      <w:t>Miami Firefighters Federal Credit Union  |  Scholarship Program  | 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0922B" w14:textId="77777777" w:rsidR="001E1AA3" w:rsidRDefault="001E1AA3">
      <w:pPr>
        <w:spacing w:after="0" w:line="240" w:lineRule="auto"/>
      </w:pPr>
      <w:r>
        <w:separator/>
      </w:r>
    </w:p>
  </w:footnote>
  <w:footnote w:type="continuationSeparator" w:id="0">
    <w:p w14:paraId="6485028C" w14:textId="77777777" w:rsidR="001E1AA3" w:rsidRDefault="001E1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DC2A" w14:textId="77777777" w:rsidR="00B96CA1" w:rsidRDefault="001E1AA3">
    <w:pPr>
      <w:pStyle w:val="Header"/>
      <w:spacing w:after="60"/>
      <w:jc w:val="center"/>
    </w:pPr>
    <w:r>
      <w:rPr>
        <w:noProof/>
      </w:rPr>
      <w:drawing>
        <wp:inline distT="0" distB="0" distL="0" distR="0" wp14:anchorId="7A65DD73" wp14:editId="30ED6DC1">
          <wp:extent cx="5212080" cy="120278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1d4dbd5-cc18-42aa-87ca-77385f3d71e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2080" cy="1202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6631654">
    <w:abstractNumId w:val="8"/>
  </w:num>
  <w:num w:numId="2" w16cid:durableId="873272794">
    <w:abstractNumId w:val="6"/>
  </w:num>
  <w:num w:numId="3" w16cid:durableId="2080396753">
    <w:abstractNumId w:val="5"/>
  </w:num>
  <w:num w:numId="4" w16cid:durableId="1749811208">
    <w:abstractNumId w:val="4"/>
  </w:num>
  <w:num w:numId="5" w16cid:durableId="1236278942">
    <w:abstractNumId w:val="7"/>
  </w:num>
  <w:num w:numId="6" w16cid:durableId="1968468390">
    <w:abstractNumId w:val="3"/>
  </w:num>
  <w:num w:numId="7" w16cid:durableId="1980576380">
    <w:abstractNumId w:val="2"/>
  </w:num>
  <w:num w:numId="8" w16cid:durableId="860585969">
    <w:abstractNumId w:val="1"/>
  </w:num>
  <w:num w:numId="9" w16cid:durableId="83958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AA3"/>
    <w:rsid w:val="0029639D"/>
    <w:rsid w:val="00326F90"/>
    <w:rsid w:val="00363EED"/>
    <w:rsid w:val="00AA1D8D"/>
    <w:rsid w:val="00B47730"/>
    <w:rsid w:val="00B96C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82EAB7"/>
  <w14:defaultImageDpi w14:val="300"/>
  <w15:docId w15:val="{16B4DCFC-D0AF-4C0A-9C7A-59FB4177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 Gilmore (MiamiFire)</cp:lastModifiedBy>
  <cp:revision>2</cp:revision>
  <dcterms:created xsi:type="dcterms:W3CDTF">2026-09-21T15:27:00Z</dcterms:created>
  <dcterms:modified xsi:type="dcterms:W3CDTF">2026-09-21T15:27:00Z</dcterms:modified>
  <cp:category/>
</cp:coreProperties>
</file>